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9BAC7" w14:textId="78C592F8" w:rsidR="002D5B54" w:rsidRDefault="002D5B54" w:rsidP="000B76D3">
      <w:pPr>
        <w:rPr>
          <w:b/>
        </w:rPr>
      </w:pPr>
    </w:p>
    <w:p w14:paraId="233AAC6A" w14:textId="4734BE6A" w:rsidR="007C7078" w:rsidRDefault="003562C0">
      <w:pPr>
        <w:jc w:val="center"/>
      </w:pPr>
      <w:r>
        <w:rPr>
          <w:b/>
        </w:rPr>
        <w:t>UNIVERSIDADE FEDERAL DE MINAS GERAIS</w:t>
      </w:r>
    </w:p>
    <w:p w14:paraId="1CF52145" w14:textId="77777777" w:rsidR="007C7078" w:rsidRDefault="003562C0">
      <w:pPr>
        <w:jc w:val="center"/>
      </w:pPr>
      <w:r>
        <w:rPr>
          <w:b/>
        </w:rPr>
        <w:t>INSTITUTO DE GEOCIÊNCIAS | PROGRAMA DE PÓS-GRADUAÇÃO EM GEOGRAFIA</w:t>
      </w:r>
    </w:p>
    <w:p w14:paraId="030A27D7" w14:textId="77777777" w:rsidR="007C7078" w:rsidRDefault="003562C0">
      <w:pPr>
        <w:jc w:val="center"/>
      </w:pPr>
      <w:r>
        <w:rPr>
          <w:b/>
        </w:rPr>
        <w:t>FORMULÁRIO DE INSCRIÇÃO</w:t>
      </w:r>
    </w:p>
    <w:p w14:paraId="37A7196E" w14:textId="77777777" w:rsidR="007C7078" w:rsidRDefault="003562C0">
      <w:pPr>
        <w:jc w:val="center"/>
      </w:pPr>
      <w:r>
        <w:rPr>
          <w:b/>
        </w:rPr>
        <w:t>Chamada PPGGeo/UFMG nº 002/2026 – PROFIX-CB</w:t>
      </w:r>
    </w:p>
    <w:p w14:paraId="20875EE4" w14:textId="77777777" w:rsidR="007C7078" w:rsidRDefault="003562C0">
      <w:pPr>
        <w:jc w:val="center"/>
      </w:pPr>
      <w:r>
        <w:t>Seleção para recomendação e anuência institucional – Chamada FAPEMIG/CNPq/CAPES nº 17/2026</w:t>
      </w:r>
    </w:p>
    <w:p w14:paraId="045017B7" w14:textId="77777777" w:rsidR="007C7078" w:rsidRDefault="003562C0">
      <w:r>
        <w:rPr>
          <w:b/>
          <w:color w:val="0F3C64"/>
        </w:rPr>
        <w:t>1. IDENTIFICAÇÃO DO(A) CANDIDATO(A)</w:t>
      </w:r>
    </w:p>
    <w:p w14:paraId="0FAA7484" w14:textId="77777777" w:rsidR="007C7078" w:rsidRDefault="003562C0">
      <w:r>
        <w:t>Nome completo:  _____________________________________________________________________</w:t>
      </w:r>
    </w:p>
    <w:p w14:paraId="1944A5CD" w14:textId="77777777" w:rsidR="007C7078" w:rsidRDefault="003562C0">
      <w:r>
        <w:t>E-mail:  _____________________________________________________________________</w:t>
      </w:r>
    </w:p>
    <w:p w14:paraId="799965A3" w14:textId="77777777" w:rsidR="007C7078" w:rsidRDefault="003562C0">
      <w:r>
        <w:t>Telefone (com DDD e código do país, se aplicável):  _____________________________________________________________________</w:t>
      </w:r>
    </w:p>
    <w:p w14:paraId="0CDD18F3" w14:textId="77777777" w:rsidR="007C7078" w:rsidRDefault="003562C0">
      <w:r>
        <w:t>Instituição de vínculo atual (se houver):  _____________________________________________________________________</w:t>
      </w:r>
    </w:p>
    <w:p w14:paraId="1912EA23" w14:textId="77777777" w:rsidR="007C7078" w:rsidRDefault="003562C0">
      <w:r>
        <w:t>Cidade / Estado / País de residência:  _____________________________________________________________________</w:t>
      </w:r>
    </w:p>
    <w:p w14:paraId="05ACFB9D" w14:textId="77777777" w:rsidR="007C7078" w:rsidRDefault="003562C0">
      <w:r>
        <w:t>Link do Currículo Lattes:  _____________________________________________________________________</w:t>
      </w:r>
    </w:p>
    <w:p w14:paraId="583D60AB" w14:textId="77777777" w:rsidR="007C7078" w:rsidRDefault="003562C0">
      <w:r>
        <w:rPr>
          <w:b/>
          <w:color w:val="0F3C64"/>
        </w:rPr>
        <w:t>2. FORMAÇÃO ACADÊMICA</w:t>
      </w:r>
    </w:p>
    <w:p w14:paraId="45B26786" w14:textId="77777777" w:rsidR="007C7078" w:rsidRDefault="003562C0">
      <w:r>
        <w:t>Área de formação do doutorado:  _____________________________________________________________________</w:t>
      </w:r>
    </w:p>
    <w:p w14:paraId="683A4CA1" w14:textId="77777777" w:rsidR="007C7078" w:rsidRDefault="003562C0">
      <w:r>
        <w:t>Instituição de obtenção do título de doutor:  _____________________________________________________________________</w:t>
      </w:r>
    </w:p>
    <w:p w14:paraId="1F9AAB3C" w14:textId="77777777" w:rsidR="007C7078" w:rsidRDefault="003562C0">
      <w:r>
        <w:t>Ano de obtenção do título:  _____________________________________________________________________</w:t>
      </w:r>
    </w:p>
    <w:p w14:paraId="0BA7E21C" w14:textId="77777777" w:rsidR="007C7078" w:rsidRDefault="003562C0">
      <w:r>
        <w:rPr>
          <w:b/>
          <w:color w:val="0F3C64"/>
        </w:rPr>
        <w:t>3. IDENTIFICAÇÃO DA PROPOSTA</w:t>
      </w:r>
    </w:p>
    <w:p w14:paraId="429A0052" w14:textId="77777777" w:rsidR="007C7078" w:rsidRDefault="003562C0">
      <w:r>
        <w:t>Título do projeto:  _____________________________________________________________________</w:t>
      </w:r>
    </w:p>
    <w:p w14:paraId="290B33D0" w14:textId="77777777" w:rsidR="007C7078" w:rsidRDefault="003562C0">
      <w:r>
        <w:t>Temática elegível da Chamada PROFIX-CB:  _____________________________________________________________________</w:t>
      </w:r>
    </w:p>
    <w:p w14:paraId="2DCF8D3A" w14:textId="77777777" w:rsidR="007C7078" w:rsidRDefault="003562C0">
      <w:r>
        <w:t>Linha(s) de pesquisa do PPGGeo/UFMG com maior aderência:</w:t>
      </w:r>
    </w:p>
    <w:p w14:paraId="0E69BBAC" w14:textId="77777777" w:rsidR="007C7078" w:rsidRDefault="003562C0">
      <w:r>
        <w:t>________________________________________________________________________________</w:t>
      </w:r>
    </w:p>
    <w:p w14:paraId="0951618C" w14:textId="77777777" w:rsidR="007C7078" w:rsidRDefault="003562C0">
      <w:r>
        <w:t>________________________________________________________________________________</w:t>
      </w:r>
    </w:p>
    <w:p w14:paraId="1217E3D8" w14:textId="77777777" w:rsidR="007C7078" w:rsidRDefault="003562C0">
      <w:r>
        <w:t>Docente(s) permanente(s) do PPGGeo com potencial interlocução científica (opcional):</w:t>
      </w:r>
    </w:p>
    <w:p w14:paraId="398CA0D9" w14:textId="77777777" w:rsidR="007C7078" w:rsidRDefault="003562C0">
      <w:r>
        <w:t>________________________________________________________________________________</w:t>
      </w:r>
    </w:p>
    <w:p w14:paraId="63037454" w14:textId="77777777" w:rsidR="007C7078" w:rsidRDefault="003562C0">
      <w:r>
        <w:rPr>
          <w:b/>
          <w:color w:val="0F3C64"/>
        </w:rPr>
        <w:lastRenderedPageBreak/>
        <w:t>4. DOCUMENTOS QUE ACOMPANHAM A INSCRIÇÃO</w:t>
      </w:r>
    </w:p>
    <w:p w14:paraId="1692B002" w14:textId="77777777" w:rsidR="007C7078" w:rsidRDefault="003562C0">
      <w:r>
        <w:t>☐</w:t>
      </w:r>
      <w:r>
        <w:t xml:space="preserve">  Formulário de inscrição preenchido</w:t>
      </w:r>
    </w:p>
    <w:p w14:paraId="1476E903" w14:textId="77777777" w:rsidR="007C7078" w:rsidRDefault="003562C0">
      <w:r>
        <w:t>☐</w:t>
      </w:r>
      <w:r>
        <w:t xml:space="preserve">  Currículo Lattes atualizado (PDF)</w:t>
      </w:r>
    </w:p>
    <w:p w14:paraId="30D5D8FB" w14:textId="77777777" w:rsidR="007C7078" w:rsidRDefault="003562C0">
      <w:r>
        <w:t>☐</w:t>
      </w:r>
      <w:r>
        <w:t xml:space="preserve">  Projeto científico conforme a Chamada PROFIX-CB</w:t>
      </w:r>
    </w:p>
    <w:p w14:paraId="16F1D433" w14:textId="77777777" w:rsidR="007C7078" w:rsidRDefault="003562C0">
      <w:r>
        <w:t>☐</w:t>
      </w:r>
      <w:r>
        <w:t xml:space="preserve">  Plano de Inserção e Desenvolvimento Institucional no PPGGeo (Anexo I)</w:t>
      </w:r>
    </w:p>
    <w:p w14:paraId="56667926" w14:textId="77777777" w:rsidR="007C7078" w:rsidRDefault="003562C0">
      <w:r>
        <w:t>☐</w:t>
      </w:r>
      <w:r>
        <w:t xml:space="preserve">  Declaração de ciência e concordância (item 5 abaixo)</w:t>
      </w:r>
    </w:p>
    <w:p w14:paraId="344291BA" w14:textId="77777777" w:rsidR="007C7078" w:rsidRDefault="003562C0">
      <w:r>
        <w:rPr>
          <w:b/>
          <w:color w:val="0F3C64"/>
        </w:rPr>
        <w:t>5. DECLARAÇÃO DE CIÊNCIA E CONCORDÂNCIA</w:t>
      </w:r>
    </w:p>
    <w:p w14:paraId="78DD6E20" w14:textId="77777777" w:rsidR="007C7078" w:rsidRDefault="003562C0">
      <w:r>
        <w:t>Declaro que li e estou ciente das condições da Chamada PPGGeo/UFMG nº 002/2026 e da regulamentação específica de credenciamento vinculada ao PROFIX-CB; que as informações prestadas são verdadeiras; e que estou ciente de que a recomendação e anuência institucional não implicam aprovação ou financiamento pela FAPEMIG/CNPq/CAPES nem credenciamento imediato no PPGGeo/UFMG.</w:t>
      </w:r>
    </w:p>
    <w:p w14:paraId="61D6AE7E" w14:textId="77777777" w:rsidR="007C7078" w:rsidRDefault="003562C0">
      <w:r>
        <w:t>Local e data: ______________________________________________________________</w:t>
      </w:r>
    </w:p>
    <w:p w14:paraId="03F11522" w14:textId="77777777" w:rsidR="007C7078" w:rsidRDefault="003562C0">
      <w:r>
        <w:t>Assinatura do(a) candidato(a): _______________________________________________</w:t>
      </w:r>
    </w:p>
    <w:p w14:paraId="52C46868" w14:textId="77777777" w:rsidR="007C7078" w:rsidRDefault="003562C0">
      <w:r>
        <w:rPr>
          <w:b/>
          <w:color w:val="0F3C64"/>
        </w:rPr>
        <w:t>ORIENTAÇÕES PARA ENVIO</w:t>
      </w:r>
    </w:p>
    <w:p w14:paraId="53E63A51" w14:textId="77777777" w:rsidR="007C7078" w:rsidRDefault="003562C0">
      <w:r>
        <w:t>Enviar este formulário e a documentação prevista no item 6.1 da Chamada para posgeog@igc.ufmg.br até 15/10/2026, às 23h59. Este formulário complementa, mas não substitui, os demais documentos exigidos.</w:t>
      </w:r>
    </w:p>
    <w:p w14:paraId="42581BC7" w14:textId="77777777" w:rsidR="007C7078" w:rsidRDefault="003562C0">
      <w:pPr>
        <w:jc w:val="center"/>
      </w:pPr>
      <w:r>
        <w:t>PPGGeo/UFMG | Chamada nº 002/2026</w:t>
      </w:r>
    </w:p>
    <w:sectPr w:rsidR="007C7078" w:rsidSect="00034616">
      <w:pgSz w:w="12240" w:h="15840"/>
      <w:pgMar w:top="1134" w:right="1304" w:bottom="102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5143185">
    <w:abstractNumId w:val="8"/>
  </w:num>
  <w:num w:numId="2" w16cid:durableId="1037509001">
    <w:abstractNumId w:val="6"/>
  </w:num>
  <w:num w:numId="3" w16cid:durableId="1106928371">
    <w:abstractNumId w:val="5"/>
  </w:num>
  <w:num w:numId="4" w16cid:durableId="814760609">
    <w:abstractNumId w:val="4"/>
  </w:num>
  <w:num w:numId="5" w16cid:durableId="896941194">
    <w:abstractNumId w:val="7"/>
  </w:num>
  <w:num w:numId="6" w16cid:durableId="373820392">
    <w:abstractNumId w:val="3"/>
  </w:num>
  <w:num w:numId="7" w16cid:durableId="1708948468">
    <w:abstractNumId w:val="2"/>
  </w:num>
  <w:num w:numId="8" w16cid:durableId="205021462">
    <w:abstractNumId w:val="1"/>
  </w:num>
  <w:num w:numId="9" w16cid:durableId="1125122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6D3"/>
    <w:rsid w:val="0015074B"/>
    <w:rsid w:val="001E1527"/>
    <w:rsid w:val="0029639D"/>
    <w:rsid w:val="002D5B54"/>
    <w:rsid w:val="00326F90"/>
    <w:rsid w:val="007C707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B11FC2"/>
  <w14:defaultImageDpi w14:val="300"/>
  <w15:docId w15:val="{688929CF-DCC5-42E3-8435-B3FCC83C9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Colegiado Pós-Graduação em Geografia</cp:lastModifiedBy>
  <cp:revision>2</cp:revision>
  <dcterms:created xsi:type="dcterms:W3CDTF">2026-10-13T17:03:00Z</dcterms:created>
  <dcterms:modified xsi:type="dcterms:W3CDTF">2026-10-13T17:03:00Z</dcterms:modified>
  <cp:category/>
</cp:coreProperties>
</file>