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D0325" w14:textId="77777777" w:rsidR="00780405" w:rsidRDefault="00780405"/>
    <w:p w14:paraId="74DE8EB6" w14:textId="77777777" w:rsidR="00780405" w:rsidRDefault="001B7836">
      <w:pPr>
        <w:jc w:val="center"/>
      </w:pPr>
      <w:r>
        <w:rPr>
          <w:b/>
          <w:sz w:val="28"/>
        </w:rPr>
        <w:t>FORMULÁRIO DE SUBMISSÃO DE PROPOSTA</w:t>
      </w:r>
      <w:r>
        <w:rPr>
          <w:b/>
          <w:sz w:val="28"/>
        </w:rPr>
        <w:br/>
        <w:t>ESTÁGIO PÓS-DOUTORAL – PPGEO/UFMG</w:t>
      </w:r>
      <w:r>
        <w:rPr>
          <w:b/>
          <w:sz w:val="28"/>
        </w:rPr>
        <w:br/>
      </w:r>
    </w:p>
    <w:p w14:paraId="1915C804" w14:textId="77777777" w:rsidR="00780405" w:rsidRDefault="00780405"/>
    <w:p w14:paraId="73A70A81" w14:textId="77777777" w:rsidR="00780405" w:rsidRDefault="001B7836">
      <w:r>
        <w:br/>
        <w:t>1. IDENTIFICAÇÃO DO(A) PROPONENTE</w:t>
      </w:r>
      <w:r>
        <w:br/>
        <w:t>Nome completo:</w:t>
      </w:r>
      <w:r>
        <w:br/>
        <w:t>CPF:</w:t>
      </w:r>
      <w:r>
        <w:br/>
        <w:t>E-mail:</w:t>
      </w:r>
      <w:r>
        <w:br/>
        <w:t>Telefone:</w:t>
      </w:r>
      <w:r>
        <w:br/>
        <w:t>Instituição de vínculo (se houver):</w:t>
      </w:r>
      <w:r>
        <w:br/>
      </w:r>
      <w:r>
        <w:br/>
        <w:t>2. FORMAÇÃO ACADÊMICA</w:t>
      </w:r>
      <w:r>
        <w:br/>
        <w:t>Área do Doutorado:</w:t>
      </w:r>
      <w:r>
        <w:br/>
        <w:t>Instituição:</w:t>
      </w:r>
      <w:r>
        <w:br/>
        <w:t>Ano de conclusão:</w:t>
      </w:r>
      <w:r>
        <w:br/>
      </w:r>
      <w:r>
        <w:br/>
        <w:t>3. DADOS DO ESTÁGIO PÓS-DOUTORAL</w:t>
      </w:r>
      <w:r>
        <w:br/>
        <w:t>Título do Projeto:</w:t>
      </w:r>
      <w:r>
        <w:br/>
        <w:t>Linha de Pesquisa do PPGEO:</w:t>
      </w:r>
      <w:r>
        <w:br/>
        <w:t>Supervisor(a) proposto(a):</w:t>
      </w:r>
      <w:r>
        <w:br/>
        <w:t>Período pretendido (início e término):</w:t>
      </w:r>
      <w:r>
        <w:br/>
      </w:r>
      <w:r>
        <w:br/>
        <w:t>4. JUSTIFICATIVA E ADERÊNCIA AO PPGEO</w:t>
      </w:r>
      <w:r>
        <w:br/>
      </w:r>
      <w:r>
        <w:t>(Descrever de forma objetiva a contribuição do projeto às linhas e grupos de pesquisa do Programa)</w:t>
      </w:r>
      <w:r>
        <w:br/>
      </w:r>
      <w:r>
        <w:br/>
        <w:t>5. OBJETIVOS</w:t>
      </w:r>
      <w:r>
        <w:br/>
        <w:t>5.1 Objetivo Geral:</w:t>
      </w:r>
      <w:r>
        <w:br/>
        <w:t>5.2 Objetivos Específicos:</w:t>
      </w:r>
      <w:r>
        <w:br/>
      </w:r>
      <w:r>
        <w:br/>
        <w:t>6. METODOLOGIA</w:t>
      </w:r>
      <w:r>
        <w:br/>
        <w:t>(Descrever procedimentos, métodos, bases de dados, técnicas e etapas de execução)</w:t>
      </w:r>
      <w:r>
        <w:br/>
      </w:r>
      <w:r>
        <w:br/>
        <w:t>7. RESULTADOS ESPERADOS</w:t>
      </w:r>
      <w:r>
        <w:br/>
      </w:r>
      <w:r>
        <w:br/>
        <w:t>8. PRODUÇÃO CIENTÍFICA PREVISTA</w:t>
      </w:r>
      <w:r>
        <w:br/>
        <w:t>(Indicar periódicos-alvo, Qualis pretendido, indexação, livros ou capítulos previstos)</w:t>
      </w:r>
      <w:r>
        <w:br/>
      </w:r>
      <w:r>
        <w:br/>
        <w:t>9. ATIVIDADES DE ENSINO, PESQUISA E EXTENSÃO</w:t>
      </w:r>
      <w:r>
        <w:br/>
      </w:r>
      <w:r>
        <w:lastRenderedPageBreak/>
        <w:t>(Disciplinas, minicursos, coorientações, eventos, produtos técnicos)</w:t>
      </w:r>
      <w:r>
        <w:br/>
      </w:r>
      <w:r>
        <w:br/>
        <w:t>10. INSERÇÃO NACIONAL E INTERNACIONAL</w:t>
      </w:r>
      <w:r>
        <w:br/>
        <w:t>(Parcerias, redes, coautorias, projetos submetidos)</w:t>
      </w:r>
      <w:r>
        <w:br/>
      </w:r>
      <w:r>
        <w:br/>
        <w:t>11. CRONOGRAMA FÍSICO (mensal)</w:t>
      </w:r>
      <w:r>
        <w:br/>
        <w:t>(Anexar tabela detalhada)</w:t>
      </w:r>
      <w:r>
        <w:br/>
      </w:r>
      <w:r>
        <w:br/>
        <w:t>12. PRODUTOS PREVISTOS</w:t>
      </w:r>
      <w:r>
        <w:br/>
        <w:t>(Listar artigos, livros, relatórios, produtos técnicos)</w:t>
      </w:r>
      <w:r>
        <w:br/>
      </w:r>
      <w:r>
        <w:br/>
        <w:t>13. DOCUMENTOS ANEXOS OBRIGATÓRIOS</w:t>
      </w:r>
      <w:r>
        <w:br/>
        <w:t>( ) Currículo Lattes atualizado</w:t>
      </w:r>
      <w:r>
        <w:br/>
        <w:t>( ) Diploma ou ata de defesa</w:t>
      </w:r>
      <w:r>
        <w:br/>
        <w:t>( ) Carta de aceite do(a) supervisor(a)</w:t>
      </w:r>
      <w:r>
        <w:br/>
        <w:t>( ) Comprovação de bolsa ou declaração de ciência</w:t>
      </w:r>
      <w:r>
        <w:br/>
        <w:t>( ) Cronograma detalhado</w:t>
      </w:r>
      <w:r>
        <w:br/>
      </w:r>
      <w:r>
        <w:br/>
      </w:r>
      <w:r>
        <w:t>Declaro que as informações prestadas são verdadeiras e estou ciente das normas da Resolução vigente do PPGEO/UFMG.</w:t>
      </w:r>
      <w:r>
        <w:br/>
      </w:r>
      <w:r>
        <w:br/>
        <w:t>Local e data:</w:t>
      </w:r>
      <w:r>
        <w:br/>
      </w:r>
      <w:r>
        <w:br/>
        <w:t>Assinatura do(a) Proponente: __________________________________________</w:t>
      </w:r>
      <w:r>
        <w:br/>
      </w:r>
    </w:p>
    <w:sectPr w:rsidR="00780405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41AD" w14:textId="77777777" w:rsidR="001B7836" w:rsidRDefault="001B7836">
      <w:pPr>
        <w:spacing w:after="0" w:line="240" w:lineRule="auto"/>
      </w:pPr>
      <w:r>
        <w:separator/>
      </w:r>
    </w:p>
  </w:endnote>
  <w:endnote w:type="continuationSeparator" w:id="0">
    <w:p w14:paraId="3DD1A320" w14:textId="77777777" w:rsidR="001B7836" w:rsidRDefault="001B7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A120D" w14:textId="77777777" w:rsidR="001B7836" w:rsidRDefault="001B7836">
      <w:pPr>
        <w:spacing w:after="0" w:line="240" w:lineRule="auto"/>
      </w:pPr>
      <w:r>
        <w:separator/>
      </w:r>
    </w:p>
  </w:footnote>
  <w:footnote w:type="continuationSeparator" w:id="0">
    <w:p w14:paraId="6C69F3F3" w14:textId="77777777" w:rsidR="001B7836" w:rsidRDefault="001B7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A7C4" w14:textId="77777777" w:rsidR="00780405" w:rsidRDefault="001B7836">
    <w:pPr>
      <w:pStyle w:val="Cabealho"/>
      <w:jc w:val="center"/>
    </w:pPr>
    <w:r>
      <w:t>UNIVERSIDADE FEDERAL DE MINAS GERAIS</w:t>
    </w:r>
    <w:r>
      <w:br/>
      <w:t>INSTITUTO DE GEOCIÊNCIAS – IGC</w:t>
    </w:r>
    <w:r>
      <w:br/>
      <w:t>PROGRAMA DE PÓS-GRADUAÇÃO EM GEOGRAFIA – PPGEO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8748803">
    <w:abstractNumId w:val="8"/>
  </w:num>
  <w:num w:numId="2" w16cid:durableId="2080056113">
    <w:abstractNumId w:val="6"/>
  </w:num>
  <w:num w:numId="3" w16cid:durableId="696199461">
    <w:abstractNumId w:val="5"/>
  </w:num>
  <w:num w:numId="4" w16cid:durableId="667176297">
    <w:abstractNumId w:val="4"/>
  </w:num>
  <w:num w:numId="5" w16cid:durableId="1869488602">
    <w:abstractNumId w:val="7"/>
  </w:num>
  <w:num w:numId="6" w16cid:durableId="233899492">
    <w:abstractNumId w:val="3"/>
  </w:num>
  <w:num w:numId="7" w16cid:durableId="72626735">
    <w:abstractNumId w:val="2"/>
  </w:num>
  <w:num w:numId="8" w16cid:durableId="2037193429">
    <w:abstractNumId w:val="1"/>
  </w:num>
  <w:num w:numId="9" w16cid:durableId="86077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7836"/>
    <w:rsid w:val="0029639D"/>
    <w:rsid w:val="00326F90"/>
    <w:rsid w:val="00780405"/>
    <w:rsid w:val="007A08F3"/>
    <w:rsid w:val="009D302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DDAE2A"/>
  <w14:defaultImageDpi w14:val="300"/>
  <w15:docId w15:val="{ABCFF0A2-6009-4AA1-AEB9-1537634E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Colegiado Pós-Graduação em Geografia</cp:lastModifiedBy>
  <cp:revision>2</cp:revision>
  <dcterms:created xsi:type="dcterms:W3CDTF">2026-09-09T16:52:00Z</dcterms:created>
  <dcterms:modified xsi:type="dcterms:W3CDTF">2026-09-09T16:52:00Z</dcterms:modified>
  <cp:category/>
</cp:coreProperties>
</file>